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12B24" w14:textId="77777777" w:rsidR="002935BC" w:rsidRPr="00DA622A" w:rsidRDefault="00000000">
      <w:pPr>
        <w:pStyle w:val="Ttulo1"/>
        <w:rPr>
          <w:lang w:val="es-ES"/>
        </w:rPr>
      </w:pPr>
      <w:r w:rsidRPr="00DA622A">
        <w:rPr>
          <w:lang w:val="es-ES"/>
        </w:rPr>
        <w:t>SOLICITUD DE AVAL CIENTÍFICO GEITS-SEIMC</w:t>
      </w:r>
    </w:p>
    <w:p w14:paraId="15B0FAB2" w14:textId="09B00387" w:rsidR="00DA622A" w:rsidRPr="00DA622A" w:rsidRDefault="00000000">
      <w:pPr>
        <w:rPr>
          <w:lang w:val="es-ES"/>
        </w:rPr>
      </w:pPr>
      <w:r w:rsidRPr="00DA622A">
        <w:rPr>
          <w:lang w:val="es-ES"/>
        </w:rPr>
        <w:br/>
        <w:t>INSTRUCCIONES: Complete todos los apartados y adjunte la documentación requerida. La solicitud deberá enviarse con al menos 2 meses de antelación a la fecha del evento.</w:t>
      </w:r>
    </w:p>
    <w:p w14:paraId="49E2F3AB" w14:textId="7DC1FA6C" w:rsidR="002935BC" w:rsidRPr="00DA622A" w:rsidRDefault="00000000">
      <w:pPr>
        <w:rPr>
          <w:lang w:val="es-ES"/>
        </w:rPr>
      </w:pPr>
      <w:r w:rsidRPr="00DA622A">
        <w:rPr>
          <w:lang w:val="es-ES"/>
        </w:rPr>
        <w:br/>
      </w:r>
    </w:p>
    <w:p w14:paraId="22AABDD1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1. TÍTULO DE LA ACTIVIDAD</w:t>
      </w:r>
    </w:p>
    <w:p w14:paraId="0B40B479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Título completo: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4C584C9D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2. OBJETIVOS DE LA ACTIVIDAD</w:t>
      </w:r>
    </w:p>
    <w:p w14:paraId="728007E3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Describa los objetivos científicos y formativos: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34BB7C09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3. RESPONSABLES CIENTÍFICOS</w:t>
      </w:r>
    </w:p>
    <w:p w14:paraId="179246C1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Nombre y apellidos:</w:t>
      </w:r>
      <w:r w:rsidRPr="00DA622A">
        <w:rPr>
          <w:lang w:val="es-ES"/>
        </w:rPr>
        <w:br/>
        <w:t>Institución:</w:t>
      </w:r>
      <w:r w:rsidRPr="00DA622A">
        <w:rPr>
          <w:lang w:val="es-ES"/>
        </w:rPr>
        <w:br/>
        <w:t>Cargo: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61B119A7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4. PROGRAMA DETALLADO</w:t>
      </w:r>
    </w:p>
    <w:p w14:paraId="6231F6B4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Adjuntar programa completo incluyendo:</w:t>
      </w:r>
      <w:r w:rsidRPr="00DA622A">
        <w:rPr>
          <w:lang w:val="es-ES"/>
        </w:rPr>
        <w:br/>
        <w:t>- Título de cada ponencia</w:t>
      </w:r>
      <w:r w:rsidRPr="00DA622A">
        <w:rPr>
          <w:lang w:val="es-ES"/>
        </w:rPr>
        <w:br/>
        <w:t>- Nombre del ponente</w:t>
      </w:r>
      <w:r w:rsidRPr="00DA622A">
        <w:rPr>
          <w:lang w:val="es-ES"/>
        </w:rPr>
        <w:br/>
        <w:t>- Afiliación institucional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31D24BD5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5. FECHA, LUGAR Y MODALIDAD</w:t>
      </w:r>
    </w:p>
    <w:p w14:paraId="6BB3E831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Fecha:</w:t>
      </w:r>
      <w:r w:rsidRPr="00DA622A">
        <w:rPr>
          <w:lang w:val="es-ES"/>
        </w:rPr>
        <w:br/>
        <w:t>Lugar:</w:t>
      </w:r>
      <w:r w:rsidRPr="00DA622A">
        <w:rPr>
          <w:lang w:val="es-ES"/>
        </w:rPr>
        <w:br/>
        <w:t>Modalidad (presencial / online / híbrida):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6FDF9A62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lastRenderedPageBreak/>
        <w:t>6. PERFIL DEL PÚBLICO OBJETIVO</w:t>
      </w:r>
    </w:p>
    <w:p w14:paraId="703281BB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Describa el perfil profesional y número estimado de asistentes: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5CA7E4EF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7. INFORMACIÓN SOBRE FINANCIACIÓN O PATROCINIO</w:t>
      </w:r>
    </w:p>
    <w:p w14:paraId="3006845C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Indique si existe financiación externa, patrocinadores o colaboración con la industria: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0510879B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8. DATOS DE CONTACTO DEL RESPONSABLE</w:t>
      </w:r>
    </w:p>
    <w:p w14:paraId="662EF20A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Nombre:</w:t>
      </w:r>
      <w:r w:rsidRPr="00DA622A">
        <w:rPr>
          <w:lang w:val="es-ES"/>
        </w:rPr>
        <w:br/>
        <w:t>Email:</w:t>
      </w:r>
      <w:r w:rsidRPr="00DA622A">
        <w:rPr>
          <w:lang w:val="es-ES"/>
        </w:rPr>
        <w:br/>
        <w:t>Teléfono:</w:t>
      </w:r>
      <w:r w:rsidRPr="00DA622A">
        <w:rPr>
          <w:lang w:val="es-ES"/>
        </w:rPr>
        <w:br/>
        <w:t>Dirección institucional:</w:t>
      </w:r>
      <w:r w:rsidRPr="00DA622A">
        <w:rPr>
          <w:lang w:val="es-ES"/>
        </w:rPr>
        <w:br/>
      </w:r>
      <w:r w:rsidRPr="00DA622A">
        <w:rPr>
          <w:lang w:val="es-ES"/>
        </w:rPr>
        <w:br/>
      </w:r>
    </w:p>
    <w:p w14:paraId="32085455" w14:textId="77777777" w:rsidR="002935BC" w:rsidRPr="00DA622A" w:rsidRDefault="00000000">
      <w:pPr>
        <w:pStyle w:val="Ttulo2"/>
        <w:rPr>
          <w:lang w:val="es-ES"/>
        </w:rPr>
      </w:pPr>
      <w:r w:rsidRPr="00DA622A">
        <w:rPr>
          <w:lang w:val="es-ES"/>
        </w:rPr>
        <w:t>DECLARACIÓN</w:t>
      </w:r>
    </w:p>
    <w:p w14:paraId="04980D89" w14:textId="77777777" w:rsidR="002935BC" w:rsidRPr="00DA622A" w:rsidRDefault="00000000">
      <w:pPr>
        <w:rPr>
          <w:lang w:val="es-ES"/>
        </w:rPr>
      </w:pPr>
      <w:r w:rsidRPr="00DA622A">
        <w:rPr>
          <w:lang w:val="es-ES"/>
        </w:rPr>
        <w:t>La entidad solicitante declara que la información aportada es veraz y que la actividad cumple los criterios de calidad científica, independencia y transparencia establecidos por GEITS-SEIMC.</w:t>
      </w:r>
    </w:p>
    <w:p w14:paraId="23365D82" w14:textId="54DC59D5" w:rsidR="002935BC" w:rsidRPr="00DA622A" w:rsidRDefault="00000000">
      <w:pPr>
        <w:rPr>
          <w:lang w:val="es-ES"/>
        </w:rPr>
      </w:pPr>
      <w:r w:rsidRPr="00DA622A">
        <w:rPr>
          <w:lang w:val="es-ES"/>
        </w:rPr>
        <w:br/>
        <w:t>Firma del responsable científico:</w:t>
      </w:r>
      <w:r w:rsidRPr="00DA622A">
        <w:rPr>
          <w:lang w:val="es-ES"/>
        </w:rPr>
        <w:br/>
      </w:r>
      <w:r w:rsidRPr="00DA622A">
        <w:rPr>
          <w:lang w:val="es-ES"/>
        </w:rPr>
        <w:br/>
        <w:t>Fecha:</w:t>
      </w:r>
      <w:r w:rsidRPr="00DA622A">
        <w:rPr>
          <w:lang w:val="es-ES"/>
        </w:rPr>
        <w:br/>
      </w:r>
    </w:p>
    <w:sectPr w:rsidR="002935BC" w:rsidRPr="00DA622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28B37" w14:textId="77777777" w:rsidR="0081103E" w:rsidRDefault="0081103E" w:rsidP="00DA622A">
      <w:pPr>
        <w:spacing w:after="0" w:line="240" w:lineRule="auto"/>
      </w:pPr>
      <w:r>
        <w:separator/>
      </w:r>
    </w:p>
  </w:endnote>
  <w:endnote w:type="continuationSeparator" w:id="0">
    <w:p w14:paraId="75FFDA95" w14:textId="77777777" w:rsidR="0081103E" w:rsidRDefault="0081103E" w:rsidP="00DA6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01D44" w14:textId="77777777" w:rsidR="0081103E" w:rsidRDefault="0081103E" w:rsidP="00DA622A">
      <w:pPr>
        <w:spacing w:after="0" w:line="240" w:lineRule="auto"/>
      </w:pPr>
      <w:r>
        <w:separator/>
      </w:r>
    </w:p>
  </w:footnote>
  <w:footnote w:type="continuationSeparator" w:id="0">
    <w:p w14:paraId="49127F33" w14:textId="77777777" w:rsidR="0081103E" w:rsidRDefault="0081103E" w:rsidP="00DA6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72460296">
    <w:abstractNumId w:val="8"/>
  </w:num>
  <w:num w:numId="2" w16cid:durableId="2012104878">
    <w:abstractNumId w:val="6"/>
  </w:num>
  <w:num w:numId="3" w16cid:durableId="216012135">
    <w:abstractNumId w:val="5"/>
  </w:num>
  <w:num w:numId="4" w16cid:durableId="676156247">
    <w:abstractNumId w:val="4"/>
  </w:num>
  <w:num w:numId="5" w16cid:durableId="613055022">
    <w:abstractNumId w:val="7"/>
  </w:num>
  <w:num w:numId="6" w16cid:durableId="1451239086">
    <w:abstractNumId w:val="3"/>
  </w:num>
  <w:num w:numId="7" w16cid:durableId="1056901747">
    <w:abstractNumId w:val="2"/>
  </w:num>
  <w:num w:numId="8" w16cid:durableId="1486629597">
    <w:abstractNumId w:val="1"/>
  </w:num>
  <w:num w:numId="9" w16cid:durableId="351998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35BC"/>
    <w:rsid w:val="0029639D"/>
    <w:rsid w:val="00326F90"/>
    <w:rsid w:val="0081103E"/>
    <w:rsid w:val="00A012AE"/>
    <w:rsid w:val="00AA1D8D"/>
    <w:rsid w:val="00B47730"/>
    <w:rsid w:val="00CB0664"/>
    <w:rsid w:val="00DA622A"/>
    <w:rsid w:val="00E75BC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E803D9"/>
  <w14:defaultImageDpi w14:val="300"/>
  <w15:docId w15:val="{71EF4608-CBEE-4D74-9A0E-C3C8A0C8E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1035</Characters>
  <Application>Microsoft Office Word</Application>
  <DocSecurity>0</DocSecurity>
  <Lines>54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Pablo Ryan</cp:lastModifiedBy>
  <cp:revision>3</cp:revision>
  <dcterms:created xsi:type="dcterms:W3CDTF">2013-12-23T23:15:00Z</dcterms:created>
  <dcterms:modified xsi:type="dcterms:W3CDTF">2026-02-14T21:32:00Z</dcterms:modified>
  <cp:category/>
</cp:coreProperties>
</file>